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3C794" w14:textId="77777777" w:rsidR="003F5A6E" w:rsidRDefault="00000000">
      <w:pPr>
        <w:spacing w:after="0"/>
        <w:jc w:val="center"/>
      </w:pPr>
      <w:r>
        <w:rPr>
          <w:b/>
          <w:sz w:val="42"/>
        </w:rPr>
        <w:t>ASIF UZZAMAN</w:t>
      </w:r>
    </w:p>
    <w:p w14:paraId="444C7FF0" w14:textId="77777777" w:rsidR="003F5A6E" w:rsidRDefault="00000000">
      <w:pPr>
        <w:spacing w:after="20"/>
        <w:jc w:val="center"/>
      </w:pPr>
      <w:r>
        <w:rPr>
          <w:b/>
          <w:sz w:val="21"/>
        </w:rPr>
        <w:t>POST GRADUATE  |  JUNIOR EXECUTIVE – ACCOUNTS</w:t>
      </w:r>
    </w:p>
    <w:p w14:paraId="45D4E7BD" w14:textId="77777777" w:rsidR="003F5A6E" w:rsidRDefault="00000000">
      <w:pPr>
        <w:spacing w:after="100"/>
        <w:jc w:val="center"/>
      </w:pPr>
      <w:r>
        <w:rPr>
          <w:sz w:val="18"/>
        </w:rPr>
        <w:t>01770016230  |  asifuzzaman.116572@gmail.com  |  249/2, West Mollarteck, Dhaka-1230</w:t>
      </w:r>
    </w:p>
    <w:p w14:paraId="13CB176D" w14:textId="77777777" w:rsidR="003F5A6E" w:rsidRPr="00C55E65" w:rsidRDefault="00000000">
      <w:pPr>
        <w:pBdr>
          <w:bottom w:val="single" w:sz="8" w:space="1" w:color="666666"/>
        </w:pBdr>
        <w:spacing w:before="100" w:after="60"/>
        <w:rPr>
          <w:sz w:val="20"/>
          <w:szCs w:val="24"/>
        </w:rPr>
      </w:pPr>
      <w:r w:rsidRPr="00C55E65">
        <w:rPr>
          <w:b/>
          <w:sz w:val="22"/>
          <w:szCs w:val="24"/>
        </w:rPr>
        <w:t>CAREER OBJECTIVE</w:t>
      </w:r>
    </w:p>
    <w:p w14:paraId="714E7B4C" w14:textId="77777777" w:rsidR="003F5A6E" w:rsidRPr="00C55E65" w:rsidRDefault="00000000">
      <w:pPr>
        <w:rPr>
          <w:sz w:val="20"/>
          <w:szCs w:val="24"/>
        </w:rPr>
      </w:pPr>
      <w:r w:rsidRPr="00C55E65">
        <w:rPr>
          <w:sz w:val="20"/>
          <w:szCs w:val="24"/>
        </w:rPr>
        <w:t>Detail-oriented and motivated postgraduate in Mathematics with practical experience in the Accounts Section of Tottho Apa Project, along with strong computer, numerical and analytical skills. Seeking the position of Junior Executive – Accounts at SM Group to contribute through accurate data handling, documentation, MS Excel, record keeping and day-to-day office support. Eager to develop professional expertise in accounting operations and accounting software while maintaining accuracy, integrity and timely completion of assigned responsibilities.</w:t>
      </w:r>
    </w:p>
    <w:p w14:paraId="6ADD167B" w14:textId="77777777" w:rsidR="003F5A6E" w:rsidRPr="00C55E65" w:rsidRDefault="00000000">
      <w:pPr>
        <w:pBdr>
          <w:bottom w:val="single" w:sz="8" w:space="1" w:color="666666"/>
        </w:pBdr>
        <w:spacing w:before="100" w:after="60"/>
        <w:rPr>
          <w:sz w:val="20"/>
          <w:szCs w:val="24"/>
        </w:rPr>
      </w:pPr>
      <w:r w:rsidRPr="00C55E65">
        <w:rPr>
          <w:b/>
          <w:sz w:val="22"/>
          <w:szCs w:val="24"/>
        </w:rPr>
        <w:t>CORE SKILLS</w:t>
      </w:r>
    </w:p>
    <w:tbl>
      <w:tblPr>
        <w:tblW w:w="0" w:type="auto"/>
        <w:jc w:val="center"/>
        <w:tblLook w:val="04A0" w:firstRow="1" w:lastRow="0" w:firstColumn="1" w:lastColumn="0" w:noHBand="0" w:noVBand="1"/>
      </w:tblPr>
      <w:tblGrid>
        <w:gridCol w:w="3427"/>
        <w:gridCol w:w="3427"/>
        <w:gridCol w:w="3427"/>
      </w:tblGrid>
      <w:tr w:rsidR="003F5A6E" w:rsidRPr="00C55E65" w14:paraId="4671FD7B" w14:textId="77777777">
        <w:trPr>
          <w:jc w:val="center"/>
        </w:trPr>
        <w:tc>
          <w:tcPr>
            <w:tcW w:w="3427" w:type="dxa"/>
          </w:tcPr>
          <w:p w14:paraId="3EB460E6" w14:textId="77777777" w:rsidR="003F5A6E" w:rsidRPr="00C55E65" w:rsidRDefault="00000000">
            <w:pPr>
              <w:spacing w:before="20" w:after="20"/>
              <w:rPr>
                <w:sz w:val="20"/>
                <w:szCs w:val="24"/>
              </w:rPr>
            </w:pPr>
            <w:r w:rsidRPr="00C55E65">
              <w:rPr>
                <w:sz w:val="18"/>
                <w:szCs w:val="24"/>
              </w:rPr>
              <w:t>Numerical &amp; Analytical Ability</w:t>
            </w:r>
          </w:p>
        </w:tc>
        <w:tc>
          <w:tcPr>
            <w:tcW w:w="3427" w:type="dxa"/>
          </w:tcPr>
          <w:p w14:paraId="28F626E8" w14:textId="77777777" w:rsidR="003F5A6E" w:rsidRPr="00C55E65" w:rsidRDefault="00000000">
            <w:pPr>
              <w:spacing w:before="20" w:after="20"/>
              <w:rPr>
                <w:sz w:val="20"/>
                <w:szCs w:val="24"/>
              </w:rPr>
            </w:pPr>
            <w:r w:rsidRPr="00C55E65">
              <w:rPr>
                <w:sz w:val="18"/>
                <w:szCs w:val="24"/>
              </w:rPr>
              <w:t>MS Excel, Word &amp; PowerPoint</w:t>
            </w:r>
          </w:p>
        </w:tc>
        <w:tc>
          <w:tcPr>
            <w:tcW w:w="3427" w:type="dxa"/>
          </w:tcPr>
          <w:p w14:paraId="063F5379" w14:textId="77777777" w:rsidR="003F5A6E" w:rsidRPr="00C55E65" w:rsidRDefault="00000000">
            <w:pPr>
              <w:spacing w:before="20" w:after="20"/>
              <w:rPr>
                <w:sz w:val="20"/>
                <w:szCs w:val="24"/>
              </w:rPr>
            </w:pPr>
            <w:r w:rsidRPr="00C55E65">
              <w:rPr>
                <w:sz w:val="18"/>
                <w:szCs w:val="24"/>
              </w:rPr>
              <w:t>Data Entry &amp; Data Verification</w:t>
            </w:r>
          </w:p>
        </w:tc>
      </w:tr>
      <w:tr w:rsidR="003F5A6E" w:rsidRPr="00C55E65" w14:paraId="0A1FD57D" w14:textId="77777777">
        <w:trPr>
          <w:jc w:val="center"/>
        </w:trPr>
        <w:tc>
          <w:tcPr>
            <w:tcW w:w="3427" w:type="dxa"/>
          </w:tcPr>
          <w:p w14:paraId="1E163E30" w14:textId="77777777" w:rsidR="003F5A6E" w:rsidRPr="00C55E65" w:rsidRDefault="00000000">
            <w:pPr>
              <w:spacing w:before="20" w:after="20"/>
              <w:rPr>
                <w:sz w:val="20"/>
                <w:szCs w:val="24"/>
              </w:rPr>
            </w:pPr>
            <w:r w:rsidRPr="00C55E65">
              <w:rPr>
                <w:sz w:val="18"/>
                <w:szCs w:val="24"/>
              </w:rPr>
              <w:t>Accounts Documentation &amp; Record Keeping</w:t>
            </w:r>
          </w:p>
        </w:tc>
        <w:tc>
          <w:tcPr>
            <w:tcW w:w="3427" w:type="dxa"/>
          </w:tcPr>
          <w:p w14:paraId="565C7D7F" w14:textId="77777777" w:rsidR="003F5A6E" w:rsidRPr="00C55E65" w:rsidRDefault="00000000">
            <w:pPr>
              <w:spacing w:before="20" w:after="20"/>
              <w:rPr>
                <w:sz w:val="20"/>
                <w:szCs w:val="24"/>
              </w:rPr>
            </w:pPr>
            <w:r w:rsidRPr="00C55E65">
              <w:rPr>
                <w:sz w:val="18"/>
                <w:szCs w:val="24"/>
              </w:rPr>
              <w:t>Bills, Vouchers &amp; Supporting Documents</w:t>
            </w:r>
          </w:p>
        </w:tc>
        <w:tc>
          <w:tcPr>
            <w:tcW w:w="3427" w:type="dxa"/>
          </w:tcPr>
          <w:p w14:paraId="3547449C" w14:textId="77777777" w:rsidR="003F5A6E" w:rsidRPr="00C55E65" w:rsidRDefault="00000000">
            <w:pPr>
              <w:spacing w:before="20" w:after="20"/>
              <w:rPr>
                <w:sz w:val="20"/>
                <w:szCs w:val="24"/>
              </w:rPr>
            </w:pPr>
            <w:r w:rsidRPr="00C55E65">
              <w:rPr>
                <w:sz w:val="18"/>
                <w:szCs w:val="24"/>
              </w:rPr>
              <w:t>Office Administration &amp; Coordination</w:t>
            </w:r>
          </w:p>
        </w:tc>
      </w:tr>
      <w:tr w:rsidR="003F5A6E" w:rsidRPr="00C55E65" w14:paraId="7163D67A" w14:textId="77777777">
        <w:trPr>
          <w:jc w:val="center"/>
        </w:trPr>
        <w:tc>
          <w:tcPr>
            <w:tcW w:w="3427" w:type="dxa"/>
          </w:tcPr>
          <w:p w14:paraId="024DD476" w14:textId="77777777" w:rsidR="003F5A6E" w:rsidRPr="00C55E65" w:rsidRDefault="00000000">
            <w:pPr>
              <w:spacing w:before="20" w:after="20"/>
              <w:rPr>
                <w:sz w:val="20"/>
                <w:szCs w:val="24"/>
              </w:rPr>
            </w:pPr>
            <w:r w:rsidRPr="00C55E65">
              <w:rPr>
                <w:sz w:val="18"/>
                <w:szCs w:val="24"/>
              </w:rPr>
              <w:t>Report &amp; Statement Preparation</w:t>
            </w:r>
          </w:p>
        </w:tc>
        <w:tc>
          <w:tcPr>
            <w:tcW w:w="3427" w:type="dxa"/>
          </w:tcPr>
          <w:p w14:paraId="7EDC613F" w14:textId="77777777" w:rsidR="003F5A6E" w:rsidRPr="00C55E65" w:rsidRDefault="00000000">
            <w:pPr>
              <w:spacing w:before="20" w:after="20"/>
              <w:rPr>
                <w:sz w:val="20"/>
                <w:szCs w:val="24"/>
              </w:rPr>
            </w:pPr>
            <w:r w:rsidRPr="00C55E65">
              <w:rPr>
                <w:sz w:val="18"/>
                <w:szCs w:val="24"/>
              </w:rPr>
              <w:t>Accuracy &amp; Attention to Detail</w:t>
            </w:r>
          </w:p>
        </w:tc>
        <w:tc>
          <w:tcPr>
            <w:tcW w:w="3427" w:type="dxa"/>
          </w:tcPr>
          <w:p w14:paraId="678B986F" w14:textId="77777777" w:rsidR="003F5A6E" w:rsidRPr="00C55E65" w:rsidRDefault="00000000">
            <w:pPr>
              <w:spacing w:before="20" w:after="20"/>
              <w:rPr>
                <w:sz w:val="20"/>
                <w:szCs w:val="24"/>
              </w:rPr>
            </w:pPr>
            <w:r w:rsidRPr="00C55E65">
              <w:rPr>
                <w:sz w:val="18"/>
                <w:szCs w:val="24"/>
              </w:rPr>
              <w:t>Time Management &amp; Multitasking</w:t>
            </w:r>
          </w:p>
        </w:tc>
      </w:tr>
      <w:tr w:rsidR="003F5A6E" w:rsidRPr="00C55E65" w14:paraId="363899FD" w14:textId="77777777">
        <w:trPr>
          <w:jc w:val="center"/>
        </w:trPr>
        <w:tc>
          <w:tcPr>
            <w:tcW w:w="3427" w:type="dxa"/>
          </w:tcPr>
          <w:p w14:paraId="1E2805B3" w14:textId="77777777" w:rsidR="003F5A6E" w:rsidRPr="00C55E65" w:rsidRDefault="00000000">
            <w:pPr>
              <w:spacing w:before="20" w:after="20"/>
              <w:rPr>
                <w:sz w:val="20"/>
                <w:szCs w:val="24"/>
              </w:rPr>
            </w:pPr>
            <w:r w:rsidRPr="00C55E65">
              <w:rPr>
                <w:sz w:val="18"/>
                <w:szCs w:val="24"/>
              </w:rPr>
              <w:t>Problem Solving</w:t>
            </w:r>
          </w:p>
        </w:tc>
        <w:tc>
          <w:tcPr>
            <w:tcW w:w="3427" w:type="dxa"/>
          </w:tcPr>
          <w:p w14:paraId="006F75C7" w14:textId="77777777" w:rsidR="003F5A6E" w:rsidRPr="00C55E65" w:rsidRDefault="00000000">
            <w:pPr>
              <w:spacing w:before="20" w:after="20"/>
              <w:rPr>
                <w:sz w:val="20"/>
                <w:szCs w:val="24"/>
              </w:rPr>
            </w:pPr>
            <w:r w:rsidRPr="00C55E65">
              <w:rPr>
                <w:sz w:val="18"/>
                <w:szCs w:val="24"/>
              </w:rPr>
              <w:t>Quick Learning &amp; Adaptability</w:t>
            </w:r>
          </w:p>
        </w:tc>
        <w:tc>
          <w:tcPr>
            <w:tcW w:w="3427" w:type="dxa"/>
          </w:tcPr>
          <w:p w14:paraId="4F060D49" w14:textId="77777777" w:rsidR="003F5A6E" w:rsidRPr="00C55E65" w:rsidRDefault="00000000">
            <w:pPr>
              <w:spacing w:before="20" w:after="20"/>
              <w:rPr>
                <w:sz w:val="20"/>
                <w:szCs w:val="24"/>
              </w:rPr>
            </w:pPr>
            <w:r w:rsidRPr="00C55E65">
              <w:rPr>
                <w:sz w:val="18"/>
                <w:szCs w:val="24"/>
              </w:rPr>
              <w:t>Professional Communication</w:t>
            </w:r>
          </w:p>
        </w:tc>
      </w:tr>
    </w:tbl>
    <w:p w14:paraId="34785681" w14:textId="77777777" w:rsidR="003F5A6E" w:rsidRPr="00C55E65" w:rsidRDefault="00000000">
      <w:pPr>
        <w:pBdr>
          <w:bottom w:val="single" w:sz="8" w:space="1" w:color="666666"/>
        </w:pBdr>
        <w:spacing w:before="100" w:after="60"/>
        <w:rPr>
          <w:sz w:val="20"/>
          <w:szCs w:val="24"/>
        </w:rPr>
      </w:pPr>
      <w:r w:rsidRPr="00C55E65">
        <w:rPr>
          <w:b/>
          <w:sz w:val="22"/>
          <w:szCs w:val="24"/>
        </w:rPr>
        <w:t>PROFESSIONAL EXPERIENCE</w:t>
      </w:r>
    </w:p>
    <w:p w14:paraId="079B534E" w14:textId="77777777" w:rsidR="003F5A6E" w:rsidRPr="00C55E65" w:rsidRDefault="00000000">
      <w:pPr>
        <w:spacing w:after="0"/>
        <w:rPr>
          <w:sz w:val="20"/>
          <w:szCs w:val="24"/>
        </w:rPr>
      </w:pPr>
      <w:r w:rsidRPr="00C55E65">
        <w:rPr>
          <w:b/>
          <w:sz w:val="22"/>
          <w:szCs w:val="24"/>
        </w:rPr>
        <w:t>Office Assistant Cum Computer Typist</w:t>
      </w:r>
      <w:r w:rsidRPr="00C55E65">
        <w:rPr>
          <w:i/>
          <w:sz w:val="20"/>
          <w:szCs w:val="24"/>
        </w:rPr>
        <w:t xml:space="preserve">  |  Accounts Section, Tottho Apa Project (2nd Phase)</w:t>
      </w:r>
    </w:p>
    <w:p w14:paraId="6CD792E7" w14:textId="77777777" w:rsidR="003F5A6E" w:rsidRPr="00C55E65" w:rsidRDefault="00000000">
      <w:pPr>
        <w:spacing w:after="20"/>
        <w:rPr>
          <w:sz w:val="20"/>
          <w:szCs w:val="24"/>
        </w:rPr>
      </w:pPr>
      <w:r w:rsidRPr="00C55E65">
        <w:rPr>
          <w:sz w:val="20"/>
          <w:szCs w:val="24"/>
        </w:rPr>
        <w:t>Jatiyo Mohila Sangstha, Ministry of Women &amp; Children Affairs  |  01 Jan 2025 – Present</w:t>
      </w:r>
    </w:p>
    <w:p w14:paraId="252B9145"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Provide day-to-day administrative and office support to the Accounts Section.</w:t>
      </w:r>
    </w:p>
    <w:p w14:paraId="1370C688"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Prepare, organize and maintain bills, vouchers, supporting documents and official records.</w:t>
      </w:r>
    </w:p>
    <w:p w14:paraId="687D074D"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Perform data entry, checking and verification using Microsoft Excel and Microsoft Word.</w:t>
      </w:r>
    </w:p>
    <w:p w14:paraId="1F8E0225"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Assist in preparing statements, notes, reports and other official financial/administrative documents.</w:t>
      </w:r>
    </w:p>
    <w:p w14:paraId="25F511DF"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Maintain files and records systematically for easy retrieval and reference.</w:t>
      </w:r>
    </w:p>
    <w:p w14:paraId="45BB55FA"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Check numerical information and supporting documents for accuracy and completeness.</w:t>
      </w:r>
    </w:p>
    <w:p w14:paraId="3EDE39FA"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Assist with routine documentation and coordination related to accounts and office activities.</w:t>
      </w:r>
    </w:p>
    <w:p w14:paraId="6E6303B5"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Handle multiple assignments with attention to detail and within required deadlines.</w:t>
      </w:r>
    </w:p>
    <w:p w14:paraId="6792396D" w14:textId="77777777" w:rsidR="003F5A6E" w:rsidRPr="00C55E65" w:rsidRDefault="00000000">
      <w:pPr>
        <w:spacing w:before="60" w:after="0"/>
        <w:rPr>
          <w:sz w:val="20"/>
          <w:szCs w:val="24"/>
        </w:rPr>
      </w:pPr>
      <w:r w:rsidRPr="00C55E65">
        <w:rPr>
          <w:b/>
          <w:sz w:val="22"/>
          <w:szCs w:val="24"/>
        </w:rPr>
        <w:t>Assistant Teacher (Mathematics)</w:t>
      </w:r>
      <w:r w:rsidRPr="00C55E65">
        <w:rPr>
          <w:i/>
          <w:sz w:val="20"/>
          <w:szCs w:val="24"/>
        </w:rPr>
        <w:t xml:space="preserve">  |  Renesa Coaching Center, North Badda, Dhaka-1212</w:t>
      </w:r>
    </w:p>
    <w:p w14:paraId="6FB20268" w14:textId="77777777" w:rsidR="003F5A6E" w:rsidRPr="00C55E65" w:rsidRDefault="00000000">
      <w:pPr>
        <w:spacing w:after="20"/>
        <w:rPr>
          <w:sz w:val="20"/>
          <w:szCs w:val="24"/>
        </w:rPr>
      </w:pPr>
      <w:r w:rsidRPr="00C55E65">
        <w:rPr>
          <w:sz w:val="20"/>
          <w:szCs w:val="24"/>
        </w:rPr>
        <w:t>01 Mar 2022 – 24 Dec 2024</w:t>
      </w:r>
    </w:p>
    <w:p w14:paraId="1B133AA2"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Assisted lead teachers in developing curriculum materials and assessments.</w:t>
      </w:r>
    </w:p>
    <w:p w14:paraId="4BBD0D3A"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Applied strong mathematical and analytical skills in academic activities.</w:t>
      </w:r>
    </w:p>
    <w:p w14:paraId="2EB142A3"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Maintained student records and assessment-related information.</w:t>
      </w:r>
    </w:p>
    <w:p w14:paraId="61563583"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Developed communication, problem-solving and time-management skills.</w:t>
      </w:r>
    </w:p>
    <w:p w14:paraId="434FDBAD" w14:textId="77777777" w:rsidR="003F5A6E" w:rsidRPr="00C55E65" w:rsidRDefault="00000000">
      <w:pPr>
        <w:spacing w:before="60" w:after="0"/>
        <w:rPr>
          <w:sz w:val="20"/>
          <w:szCs w:val="24"/>
        </w:rPr>
      </w:pPr>
      <w:r w:rsidRPr="00C55E65">
        <w:rPr>
          <w:b/>
          <w:sz w:val="22"/>
          <w:szCs w:val="24"/>
        </w:rPr>
        <w:t>Assistant Teacher (Mathematics)</w:t>
      </w:r>
      <w:r w:rsidRPr="00C55E65">
        <w:rPr>
          <w:i/>
          <w:sz w:val="20"/>
          <w:szCs w:val="24"/>
        </w:rPr>
        <w:t xml:space="preserve">  |  Dynamic School &amp; College, North Badda, Dhaka-1212</w:t>
      </w:r>
    </w:p>
    <w:p w14:paraId="69AB43B4" w14:textId="77777777" w:rsidR="003F5A6E" w:rsidRPr="00C55E65" w:rsidRDefault="00000000">
      <w:pPr>
        <w:spacing w:after="20"/>
        <w:rPr>
          <w:sz w:val="20"/>
          <w:szCs w:val="24"/>
        </w:rPr>
      </w:pPr>
      <w:r w:rsidRPr="00C55E65">
        <w:rPr>
          <w:sz w:val="20"/>
          <w:szCs w:val="24"/>
        </w:rPr>
        <w:t>01 Mar 2020 – 30 Sept 2021</w:t>
      </w:r>
    </w:p>
    <w:p w14:paraId="6A5131A5"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Supported instructional activities and helped tailor learning for diverse learners.</w:t>
      </w:r>
    </w:p>
    <w:p w14:paraId="47EA7E4D"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Prepared academic materials and assisted in assessment activities.</w:t>
      </w:r>
    </w:p>
    <w:p w14:paraId="09FC3761"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Strengthened analytical thinking, communication and organizational skills.</w:t>
      </w:r>
    </w:p>
    <w:p w14:paraId="2BE52AD4" w14:textId="77777777" w:rsidR="003F5A6E" w:rsidRPr="00C55E65" w:rsidRDefault="00000000">
      <w:pPr>
        <w:pBdr>
          <w:bottom w:val="single" w:sz="8" w:space="1" w:color="666666"/>
        </w:pBdr>
        <w:spacing w:before="100" w:after="60"/>
        <w:rPr>
          <w:sz w:val="20"/>
          <w:szCs w:val="24"/>
        </w:rPr>
      </w:pPr>
      <w:r w:rsidRPr="00C55E65">
        <w:rPr>
          <w:b/>
          <w:sz w:val="22"/>
          <w:szCs w:val="24"/>
        </w:rPr>
        <w:t>EDUCATIONAL QUALIFICATIONS</w:t>
      </w:r>
    </w:p>
    <w:p w14:paraId="11A8CF66" w14:textId="77777777" w:rsidR="003F5A6E" w:rsidRPr="00C55E65" w:rsidRDefault="00000000">
      <w:pPr>
        <w:spacing w:after="0"/>
        <w:rPr>
          <w:sz w:val="20"/>
          <w:szCs w:val="24"/>
        </w:rPr>
      </w:pPr>
      <w:r w:rsidRPr="00C55E65">
        <w:rPr>
          <w:b/>
          <w:sz w:val="20"/>
          <w:szCs w:val="24"/>
        </w:rPr>
        <w:t>Master of Science (M.Sc) in Mathematics</w:t>
      </w:r>
      <w:r w:rsidRPr="00C55E65">
        <w:rPr>
          <w:sz w:val="20"/>
          <w:szCs w:val="24"/>
        </w:rPr>
        <w:t xml:space="preserve"> — University of Dhaka (Affiliated), Govt. Titumir College, Dhaka</w:t>
      </w:r>
    </w:p>
    <w:p w14:paraId="1429415E" w14:textId="77777777" w:rsidR="003F5A6E" w:rsidRPr="00C55E65" w:rsidRDefault="00000000">
      <w:pPr>
        <w:spacing w:after="20"/>
        <w:ind w:left="173"/>
        <w:rPr>
          <w:sz w:val="20"/>
          <w:szCs w:val="24"/>
        </w:rPr>
      </w:pPr>
      <w:r w:rsidRPr="00C55E65">
        <w:rPr>
          <w:sz w:val="20"/>
          <w:szCs w:val="24"/>
        </w:rPr>
        <w:t>Session: 2022–2023 | Passing Year: 2023 | CGPA: 3.31/4.00</w:t>
      </w:r>
    </w:p>
    <w:p w14:paraId="0DBD674D" w14:textId="77777777" w:rsidR="003F5A6E" w:rsidRPr="00C55E65" w:rsidRDefault="00000000">
      <w:pPr>
        <w:spacing w:after="0"/>
        <w:rPr>
          <w:sz w:val="20"/>
          <w:szCs w:val="24"/>
        </w:rPr>
      </w:pPr>
      <w:r w:rsidRPr="00C55E65">
        <w:rPr>
          <w:b/>
          <w:sz w:val="20"/>
          <w:szCs w:val="24"/>
        </w:rPr>
        <w:t>ICT (Optional)</w:t>
      </w:r>
    </w:p>
    <w:p w14:paraId="3630B8A2" w14:textId="77777777" w:rsidR="003F5A6E" w:rsidRPr="00C55E65" w:rsidRDefault="00000000">
      <w:pPr>
        <w:spacing w:after="20"/>
        <w:ind w:left="173"/>
        <w:rPr>
          <w:sz w:val="20"/>
          <w:szCs w:val="24"/>
        </w:rPr>
      </w:pPr>
      <w:r w:rsidRPr="00C55E65">
        <w:rPr>
          <w:sz w:val="20"/>
          <w:szCs w:val="24"/>
        </w:rPr>
        <w:t>Session: 2022–2023 | Grade: A+</w:t>
      </w:r>
    </w:p>
    <w:p w14:paraId="0627F985" w14:textId="77777777" w:rsidR="003F5A6E" w:rsidRPr="00C55E65" w:rsidRDefault="00000000">
      <w:pPr>
        <w:spacing w:after="0"/>
        <w:rPr>
          <w:sz w:val="20"/>
          <w:szCs w:val="24"/>
        </w:rPr>
      </w:pPr>
      <w:r w:rsidRPr="00C55E65">
        <w:rPr>
          <w:b/>
          <w:sz w:val="20"/>
          <w:szCs w:val="24"/>
        </w:rPr>
        <w:t>Bachelor of Science (B.Sc) in Mathematics</w:t>
      </w:r>
      <w:r w:rsidRPr="00C55E65">
        <w:rPr>
          <w:sz w:val="20"/>
          <w:szCs w:val="24"/>
        </w:rPr>
        <w:t xml:space="preserve"> — University of Dhaka (Affiliated), Govt. Titumir College, Dhaka</w:t>
      </w:r>
    </w:p>
    <w:p w14:paraId="469C0E8D" w14:textId="77777777" w:rsidR="003F5A6E" w:rsidRPr="00C55E65" w:rsidRDefault="00000000">
      <w:pPr>
        <w:spacing w:after="20"/>
        <w:ind w:left="173"/>
        <w:rPr>
          <w:sz w:val="20"/>
          <w:szCs w:val="24"/>
        </w:rPr>
      </w:pPr>
      <w:r w:rsidRPr="00C55E65">
        <w:rPr>
          <w:sz w:val="20"/>
          <w:szCs w:val="24"/>
        </w:rPr>
        <w:t>Session: 2018–2019 | Passing Year: 2022 | CGPA: 3.05/4.00</w:t>
      </w:r>
    </w:p>
    <w:p w14:paraId="6BE709A4" w14:textId="77777777" w:rsidR="003F5A6E" w:rsidRPr="00C55E65" w:rsidRDefault="00000000">
      <w:pPr>
        <w:spacing w:after="0"/>
        <w:rPr>
          <w:sz w:val="20"/>
          <w:szCs w:val="24"/>
        </w:rPr>
      </w:pPr>
      <w:r w:rsidRPr="00C55E65">
        <w:rPr>
          <w:b/>
          <w:sz w:val="20"/>
          <w:szCs w:val="24"/>
        </w:rPr>
        <w:t>Higher Secondary Certificate (HSC)</w:t>
      </w:r>
      <w:r w:rsidRPr="00C55E65">
        <w:rPr>
          <w:sz w:val="20"/>
          <w:szCs w:val="24"/>
        </w:rPr>
        <w:t xml:space="preserve"> — Qadirabad Cantonment Sapper College, Natore | Group: Science</w:t>
      </w:r>
    </w:p>
    <w:p w14:paraId="1969D14A" w14:textId="77777777" w:rsidR="003F5A6E" w:rsidRPr="00C55E65" w:rsidRDefault="00000000">
      <w:pPr>
        <w:spacing w:after="20"/>
        <w:ind w:left="173"/>
        <w:rPr>
          <w:sz w:val="20"/>
          <w:szCs w:val="24"/>
        </w:rPr>
      </w:pPr>
      <w:r w:rsidRPr="00C55E65">
        <w:rPr>
          <w:sz w:val="20"/>
          <w:szCs w:val="24"/>
        </w:rPr>
        <w:lastRenderedPageBreak/>
        <w:t>Session: 2016–2017 | Passing Year: 2018 | GPA: 4.75/5.00</w:t>
      </w:r>
    </w:p>
    <w:p w14:paraId="0B8ECF57" w14:textId="77777777" w:rsidR="003F5A6E" w:rsidRPr="00C55E65" w:rsidRDefault="00000000">
      <w:pPr>
        <w:spacing w:after="0"/>
        <w:rPr>
          <w:sz w:val="20"/>
          <w:szCs w:val="24"/>
        </w:rPr>
      </w:pPr>
      <w:r w:rsidRPr="00C55E65">
        <w:rPr>
          <w:b/>
          <w:sz w:val="20"/>
          <w:szCs w:val="24"/>
        </w:rPr>
        <w:t>Secondary School Certificate (SSC)</w:t>
      </w:r>
      <w:r w:rsidRPr="00C55E65">
        <w:rPr>
          <w:sz w:val="20"/>
          <w:szCs w:val="24"/>
        </w:rPr>
        <w:t xml:space="preserve"> — Hazir Hat High School, Natore | Group: Science</w:t>
      </w:r>
    </w:p>
    <w:p w14:paraId="00B4ECB7" w14:textId="77777777" w:rsidR="003F5A6E" w:rsidRPr="00C55E65" w:rsidRDefault="00000000">
      <w:pPr>
        <w:spacing w:after="20"/>
        <w:ind w:left="173"/>
        <w:rPr>
          <w:sz w:val="20"/>
          <w:szCs w:val="24"/>
        </w:rPr>
      </w:pPr>
      <w:r w:rsidRPr="00C55E65">
        <w:rPr>
          <w:sz w:val="20"/>
          <w:szCs w:val="24"/>
        </w:rPr>
        <w:t>Session: 2014–2015 | Passing Year: 2016 | GPA: 5.00/5.00</w:t>
      </w:r>
    </w:p>
    <w:p w14:paraId="37E9CD1F" w14:textId="77777777" w:rsidR="003F5A6E" w:rsidRPr="00C55E65" w:rsidRDefault="00000000">
      <w:pPr>
        <w:pBdr>
          <w:bottom w:val="single" w:sz="8" w:space="1" w:color="666666"/>
        </w:pBdr>
        <w:spacing w:before="100" w:after="60"/>
        <w:rPr>
          <w:sz w:val="20"/>
          <w:szCs w:val="24"/>
        </w:rPr>
      </w:pPr>
      <w:r w:rsidRPr="00C55E65">
        <w:rPr>
          <w:b/>
          <w:sz w:val="22"/>
          <w:szCs w:val="24"/>
        </w:rPr>
        <w:t>COMPUTER &amp; TECHNICAL SKILLS</w:t>
      </w:r>
    </w:p>
    <w:p w14:paraId="1F6EF149"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Microsoft Excel – data entry, tables, calculations and basic spreadsheet management</w:t>
      </w:r>
    </w:p>
    <w:p w14:paraId="7E2B4659"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Microsoft Word – official documents, reports, letters and formatting</w:t>
      </w:r>
    </w:p>
    <w:p w14:paraId="5D36B373"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Microsoft PowerPoint – presentation preparation</w:t>
      </w:r>
    </w:p>
    <w:p w14:paraId="168F2B01"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Data Entry, Record Keeping and Document Management</w:t>
      </w:r>
    </w:p>
    <w:p w14:paraId="0D71923E"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Computer Office Applications</w:t>
      </w:r>
    </w:p>
    <w:p w14:paraId="590415EF"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Basic Accounts Documentation and Voucher Preparation</w:t>
      </w:r>
    </w:p>
    <w:p w14:paraId="0CCA619F"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Willingness to learn accounting software/ERP systems</w:t>
      </w:r>
    </w:p>
    <w:p w14:paraId="4B0FC489" w14:textId="77777777" w:rsidR="003F5A6E" w:rsidRPr="00C55E65" w:rsidRDefault="00000000">
      <w:pPr>
        <w:pBdr>
          <w:bottom w:val="single" w:sz="8" w:space="1" w:color="666666"/>
        </w:pBdr>
        <w:spacing w:before="100" w:after="60"/>
        <w:rPr>
          <w:sz w:val="20"/>
          <w:szCs w:val="24"/>
        </w:rPr>
      </w:pPr>
      <w:r w:rsidRPr="00C55E65">
        <w:rPr>
          <w:b/>
          <w:sz w:val="22"/>
          <w:szCs w:val="24"/>
        </w:rPr>
        <w:t>TRAINING</w:t>
      </w:r>
    </w:p>
    <w:p w14:paraId="36F3A951" w14:textId="77777777" w:rsidR="003F5A6E" w:rsidRPr="00C55E65" w:rsidRDefault="00000000">
      <w:pPr>
        <w:spacing w:after="20"/>
        <w:rPr>
          <w:sz w:val="20"/>
          <w:szCs w:val="24"/>
        </w:rPr>
      </w:pPr>
      <w:r w:rsidRPr="00C55E65">
        <w:rPr>
          <w:b/>
          <w:sz w:val="20"/>
          <w:szCs w:val="24"/>
        </w:rPr>
        <w:t>Microsoft Office with Basic Skill Master’s Course</w:t>
      </w:r>
      <w:r w:rsidRPr="00C55E65">
        <w:rPr>
          <w:sz w:val="20"/>
          <w:szCs w:val="24"/>
        </w:rPr>
        <w:t xml:space="preserve"> — Duration: 6 months</w:t>
      </w:r>
    </w:p>
    <w:p w14:paraId="3CB35155" w14:textId="77777777" w:rsidR="003F5A6E" w:rsidRPr="00C55E65" w:rsidRDefault="00000000">
      <w:pPr>
        <w:spacing w:after="20"/>
        <w:rPr>
          <w:sz w:val="20"/>
          <w:szCs w:val="24"/>
        </w:rPr>
      </w:pPr>
      <w:r w:rsidRPr="00C55E65">
        <w:rPr>
          <w:b/>
          <w:sz w:val="20"/>
          <w:szCs w:val="24"/>
        </w:rPr>
        <w:t>National Skill Standard Basic – Computer Office Application (76)</w:t>
      </w:r>
      <w:r w:rsidRPr="00C55E65">
        <w:rPr>
          <w:sz w:val="20"/>
          <w:szCs w:val="24"/>
        </w:rPr>
        <w:t xml:space="preserve"> — Duration: 6 months</w:t>
      </w:r>
    </w:p>
    <w:p w14:paraId="4643F99A" w14:textId="77777777" w:rsidR="003F5A6E" w:rsidRPr="00C55E65" w:rsidRDefault="00000000">
      <w:pPr>
        <w:pBdr>
          <w:bottom w:val="single" w:sz="8" w:space="1" w:color="666666"/>
        </w:pBdr>
        <w:spacing w:before="100" w:after="60"/>
        <w:rPr>
          <w:sz w:val="20"/>
          <w:szCs w:val="24"/>
        </w:rPr>
      </w:pPr>
      <w:r w:rsidRPr="00C55E65">
        <w:rPr>
          <w:b/>
          <w:sz w:val="22"/>
          <w:szCs w:val="24"/>
        </w:rPr>
        <w:t>ASSOCIATIONS</w:t>
      </w:r>
    </w:p>
    <w:p w14:paraId="38CB6CFA"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Member, Badhon Blood Donation Organization</w:t>
      </w:r>
    </w:p>
    <w:p w14:paraId="6F20791A"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Member, Science Club, GTC</w:t>
      </w:r>
    </w:p>
    <w:p w14:paraId="4BD2C2D2"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Member, Math Association, GTC</w:t>
      </w:r>
    </w:p>
    <w:p w14:paraId="6F88CD2D" w14:textId="77777777" w:rsidR="003F5A6E" w:rsidRPr="00C55E65" w:rsidRDefault="00000000">
      <w:pPr>
        <w:spacing w:after="20"/>
        <w:ind w:left="259" w:hanging="187"/>
        <w:rPr>
          <w:sz w:val="20"/>
          <w:szCs w:val="24"/>
        </w:rPr>
      </w:pPr>
      <w:r w:rsidRPr="00C55E65">
        <w:rPr>
          <w:b/>
          <w:sz w:val="20"/>
          <w:szCs w:val="24"/>
        </w:rPr>
        <w:t xml:space="preserve">• </w:t>
      </w:r>
      <w:r w:rsidRPr="00C55E65">
        <w:rPr>
          <w:sz w:val="20"/>
          <w:szCs w:val="24"/>
        </w:rPr>
        <w:t>Ex-Rover Scout</w:t>
      </w:r>
    </w:p>
    <w:p w14:paraId="6E341DD9" w14:textId="77777777" w:rsidR="003F5A6E" w:rsidRPr="00C55E65" w:rsidRDefault="00000000">
      <w:pPr>
        <w:pBdr>
          <w:bottom w:val="single" w:sz="8" w:space="1" w:color="666666"/>
        </w:pBdr>
        <w:spacing w:before="100" w:after="60"/>
        <w:rPr>
          <w:sz w:val="20"/>
          <w:szCs w:val="24"/>
        </w:rPr>
      </w:pPr>
      <w:r w:rsidRPr="00C55E65">
        <w:rPr>
          <w:b/>
          <w:sz w:val="22"/>
          <w:szCs w:val="24"/>
        </w:rPr>
        <w:t>PERSONAL INFORMATION</w:t>
      </w:r>
    </w:p>
    <w:p w14:paraId="6069FA40" w14:textId="77777777" w:rsidR="003F5A6E" w:rsidRPr="00C55E65" w:rsidRDefault="00000000">
      <w:pPr>
        <w:spacing w:after="10"/>
        <w:rPr>
          <w:sz w:val="20"/>
          <w:szCs w:val="24"/>
        </w:rPr>
      </w:pPr>
      <w:r w:rsidRPr="00C55E65">
        <w:rPr>
          <w:b/>
          <w:sz w:val="20"/>
          <w:szCs w:val="24"/>
        </w:rPr>
        <w:t xml:space="preserve">Father’s Name: </w:t>
      </w:r>
      <w:r w:rsidRPr="00C55E65">
        <w:rPr>
          <w:sz w:val="20"/>
          <w:szCs w:val="24"/>
        </w:rPr>
        <w:t>Kafil Uddin</w:t>
      </w:r>
    </w:p>
    <w:p w14:paraId="5CB26328" w14:textId="77777777" w:rsidR="003F5A6E" w:rsidRPr="00C55E65" w:rsidRDefault="00000000">
      <w:pPr>
        <w:spacing w:after="10"/>
        <w:rPr>
          <w:sz w:val="20"/>
          <w:szCs w:val="24"/>
        </w:rPr>
      </w:pPr>
      <w:r w:rsidRPr="00C55E65">
        <w:rPr>
          <w:b/>
          <w:sz w:val="20"/>
          <w:szCs w:val="24"/>
        </w:rPr>
        <w:t xml:space="preserve">Mother’s Name: </w:t>
      </w:r>
      <w:r w:rsidRPr="00C55E65">
        <w:rPr>
          <w:sz w:val="20"/>
          <w:szCs w:val="24"/>
        </w:rPr>
        <w:t>Alea Begum</w:t>
      </w:r>
    </w:p>
    <w:p w14:paraId="4292E3AD" w14:textId="77777777" w:rsidR="003F5A6E" w:rsidRPr="00C55E65" w:rsidRDefault="00000000">
      <w:pPr>
        <w:spacing w:after="10"/>
        <w:rPr>
          <w:sz w:val="20"/>
          <w:szCs w:val="24"/>
        </w:rPr>
      </w:pPr>
      <w:r w:rsidRPr="00C55E65">
        <w:rPr>
          <w:b/>
          <w:sz w:val="20"/>
          <w:szCs w:val="24"/>
        </w:rPr>
        <w:t xml:space="preserve">Date of Birth: </w:t>
      </w:r>
      <w:r w:rsidRPr="00C55E65">
        <w:rPr>
          <w:sz w:val="20"/>
          <w:szCs w:val="24"/>
        </w:rPr>
        <w:t>30th Dec, 2001</w:t>
      </w:r>
    </w:p>
    <w:p w14:paraId="18353E24" w14:textId="77777777" w:rsidR="003F5A6E" w:rsidRPr="00C55E65" w:rsidRDefault="00000000">
      <w:pPr>
        <w:spacing w:after="10"/>
        <w:rPr>
          <w:sz w:val="20"/>
          <w:szCs w:val="24"/>
        </w:rPr>
      </w:pPr>
      <w:r w:rsidRPr="00C55E65">
        <w:rPr>
          <w:b/>
          <w:sz w:val="20"/>
          <w:szCs w:val="24"/>
        </w:rPr>
        <w:t xml:space="preserve">Permanent Address: </w:t>
      </w:r>
      <w:r w:rsidRPr="00C55E65">
        <w:rPr>
          <w:sz w:val="20"/>
          <w:szCs w:val="24"/>
        </w:rPr>
        <w:t>Vill- Bhabanipur, Post- Kadimchilan, P.S- Lalpur, Dist- Natore</w:t>
      </w:r>
    </w:p>
    <w:p w14:paraId="4D9D99D5" w14:textId="77777777" w:rsidR="003F5A6E" w:rsidRPr="00C55E65" w:rsidRDefault="00000000">
      <w:pPr>
        <w:spacing w:after="10"/>
        <w:rPr>
          <w:sz w:val="20"/>
          <w:szCs w:val="24"/>
        </w:rPr>
      </w:pPr>
      <w:r w:rsidRPr="00C55E65">
        <w:rPr>
          <w:b/>
          <w:sz w:val="20"/>
          <w:szCs w:val="24"/>
        </w:rPr>
        <w:t xml:space="preserve">Nationality: </w:t>
      </w:r>
      <w:r w:rsidRPr="00C55E65">
        <w:rPr>
          <w:sz w:val="20"/>
          <w:szCs w:val="24"/>
        </w:rPr>
        <w:t>Bangladeshi (By birth)</w:t>
      </w:r>
    </w:p>
    <w:p w14:paraId="32236768" w14:textId="77777777" w:rsidR="003F5A6E" w:rsidRPr="00C55E65" w:rsidRDefault="00000000">
      <w:pPr>
        <w:spacing w:after="10"/>
        <w:rPr>
          <w:sz w:val="20"/>
          <w:szCs w:val="24"/>
        </w:rPr>
      </w:pPr>
      <w:r w:rsidRPr="00C55E65">
        <w:rPr>
          <w:b/>
          <w:sz w:val="20"/>
          <w:szCs w:val="24"/>
        </w:rPr>
        <w:t xml:space="preserve">Sex: </w:t>
      </w:r>
      <w:r w:rsidRPr="00C55E65">
        <w:rPr>
          <w:sz w:val="20"/>
          <w:szCs w:val="24"/>
        </w:rPr>
        <w:t>Male</w:t>
      </w:r>
    </w:p>
    <w:p w14:paraId="1342D142" w14:textId="77777777" w:rsidR="003F5A6E" w:rsidRPr="00C55E65" w:rsidRDefault="00000000">
      <w:pPr>
        <w:spacing w:after="10"/>
        <w:rPr>
          <w:sz w:val="20"/>
          <w:szCs w:val="24"/>
        </w:rPr>
      </w:pPr>
      <w:r w:rsidRPr="00C55E65">
        <w:rPr>
          <w:b/>
          <w:sz w:val="20"/>
          <w:szCs w:val="24"/>
        </w:rPr>
        <w:t xml:space="preserve">Religion: </w:t>
      </w:r>
      <w:r w:rsidRPr="00C55E65">
        <w:rPr>
          <w:sz w:val="20"/>
          <w:szCs w:val="24"/>
        </w:rPr>
        <w:t>Islam</w:t>
      </w:r>
    </w:p>
    <w:p w14:paraId="0562879A" w14:textId="77777777" w:rsidR="003F5A6E" w:rsidRPr="00C55E65" w:rsidRDefault="00000000">
      <w:pPr>
        <w:spacing w:after="10"/>
        <w:rPr>
          <w:sz w:val="20"/>
          <w:szCs w:val="24"/>
        </w:rPr>
      </w:pPr>
      <w:r w:rsidRPr="00C55E65">
        <w:rPr>
          <w:b/>
          <w:sz w:val="20"/>
          <w:szCs w:val="24"/>
        </w:rPr>
        <w:t xml:space="preserve">Marital Status: </w:t>
      </w:r>
      <w:r w:rsidRPr="00C55E65">
        <w:rPr>
          <w:sz w:val="20"/>
          <w:szCs w:val="24"/>
        </w:rPr>
        <w:t>Married</w:t>
      </w:r>
    </w:p>
    <w:p w14:paraId="2FF8E262" w14:textId="77777777" w:rsidR="003F5A6E" w:rsidRPr="00C55E65" w:rsidRDefault="00000000">
      <w:pPr>
        <w:spacing w:after="10"/>
        <w:rPr>
          <w:sz w:val="20"/>
          <w:szCs w:val="24"/>
        </w:rPr>
      </w:pPr>
      <w:r w:rsidRPr="00C55E65">
        <w:rPr>
          <w:b/>
          <w:sz w:val="20"/>
          <w:szCs w:val="24"/>
        </w:rPr>
        <w:t xml:space="preserve">Height: </w:t>
      </w:r>
      <w:r w:rsidRPr="00C55E65">
        <w:rPr>
          <w:sz w:val="20"/>
          <w:szCs w:val="24"/>
        </w:rPr>
        <w:t>5’9”</w:t>
      </w:r>
    </w:p>
    <w:p w14:paraId="7A118F5B" w14:textId="77777777" w:rsidR="003F5A6E" w:rsidRPr="00C55E65" w:rsidRDefault="00000000">
      <w:pPr>
        <w:spacing w:after="10"/>
        <w:rPr>
          <w:sz w:val="20"/>
          <w:szCs w:val="24"/>
        </w:rPr>
      </w:pPr>
      <w:r w:rsidRPr="00C55E65">
        <w:rPr>
          <w:b/>
          <w:sz w:val="20"/>
          <w:szCs w:val="24"/>
        </w:rPr>
        <w:t xml:space="preserve">Weight: </w:t>
      </w:r>
      <w:r w:rsidRPr="00C55E65">
        <w:rPr>
          <w:sz w:val="20"/>
          <w:szCs w:val="24"/>
        </w:rPr>
        <w:t>70 Kg</w:t>
      </w:r>
    </w:p>
    <w:p w14:paraId="0EB59A63" w14:textId="77777777" w:rsidR="003F5A6E" w:rsidRPr="00C55E65" w:rsidRDefault="00000000">
      <w:pPr>
        <w:spacing w:after="10"/>
        <w:rPr>
          <w:sz w:val="20"/>
          <w:szCs w:val="24"/>
        </w:rPr>
      </w:pPr>
      <w:r w:rsidRPr="00C55E65">
        <w:rPr>
          <w:b/>
          <w:sz w:val="20"/>
          <w:szCs w:val="24"/>
        </w:rPr>
        <w:t xml:space="preserve">Blood Group: </w:t>
      </w:r>
      <w:r w:rsidRPr="00C55E65">
        <w:rPr>
          <w:sz w:val="20"/>
          <w:szCs w:val="24"/>
        </w:rPr>
        <w:t>AB(+ve)</w:t>
      </w:r>
    </w:p>
    <w:p w14:paraId="67F0730C" w14:textId="77777777" w:rsidR="003F5A6E" w:rsidRPr="00C55E65" w:rsidRDefault="00000000">
      <w:pPr>
        <w:pBdr>
          <w:bottom w:val="single" w:sz="8" w:space="1" w:color="666666"/>
        </w:pBdr>
        <w:spacing w:before="100" w:after="60"/>
        <w:rPr>
          <w:sz w:val="20"/>
          <w:szCs w:val="24"/>
        </w:rPr>
      </w:pPr>
      <w:r w:rsidRPr="00C55E65">
        <w:rPr>
          <w:b/>
          <w:sz w:val="22"/>
          <w:szCs w:val="24"/>
        </w:rPr>
        <w:t>REFERENCES</w:t>
      </w:r>
    </w:p>
    <w:p w14:paraId="0E7A7E36" w14:textId="77777777" w:rsidR="003F5A6E" w:rsidRPr="00C55E65" w:rsidRDefault="00000000">
      <w:pPr>
        <w:spacing w:after="0"/>
        <w:rPr>
          <w:sz w:val="20"/>
          <w:szCs w:val="24"/>
        </w:rPr>
      </w:pPr>
      <w:r w:rsidRPr="00C55E65">
        <w:rPr>
          <w:b/>
          <w:sz w:val="20"/>
          <w:szCs w:val="24"/>
        </w:rPr>
        <w:t>Shahnaz Begum Neena</w:t>
      </w:r>
      <w:r w:rsidRPr="00C55E65">
        <w:rPr>
          <w:sz w:val="20"/>
          <w:szCs w:val="24"/>
        </w:rPr>
        <w:t xml:space="preserve"> — Additional Secretary, Ministry of Women and Children Affairs</w:t>
      </w:r>
    </w:p>
    <w:p w14:paraId="0C4891D8" w14:textId="77777777" w:rsidR="003F5A6E" w:rsidRPr="00C55E65" w:rsidRDefault="00000000">
      <w:pPr>
        <w:spacing w:after="0"/>
        <w:ind w:left="173"/>
        <w:rPr>
          <w:sz w:val="20"/>
          <w:szCs w:val="24"/>
        </w:rPr>
      </w:pPr>
      <w:r w:rsidRPr="00C55E65">
        <w:rPr>
          <w:sz w:val="20"/>
          <w:szCs w:val="24"/>
        </w:rPr>
        <w:t>+8801720107164 | neenashahnaz@gmail.com | Relation: Aunt</w:t>
      </w:r>
    </w:p>
    <w:p w14:paraId="570FD619" w14:textId="77777777" w:rsidR="003F5A6E" w:rsidRPr="00C55E65" w:rsidRDefault="00000000">
      <w:pPr>
        <w:ind w:left="173"/>
        <w:rPr>
          <w:sz w:val="20"/>
          <w:szCs w:val="24"/>
        </w:rPr>
      </w:pPr>
      <w:r w:rsidRPr="00C55E65">
        <w:rPr>
          <w:sz w:val="20"/>
          <w:szCs w:val="24"/>
        </w:rPr>
        <w:t>Address: Polash Garden, Road-2, Shamoly, Dhaka-1207</w:t>
      </w:r>
    </w:p>
    <w:p w14:paraId="159553A1" w14:textId="77777777" w:rsidR="003F5A6E" w:rsidRPr="00C55E65" w:rsidRDefault="00000000">
      <w:pPr>
        <w:spacing w:after="0"/>
        <w:rPr>
          <w:sz w:val="20"/>
          <w:szCs w:val="24"/>
        </w:rPr>
      </w:pPr>
      <w:r w:rsidRPr="00C55E65">
        <w:rPr>
          <w:b/>
          <w:sz w:val="20"/>
          <w:szCs w:val="24"/>
        </w:rPr>
        <w:t>Zamal Uddin</w:t>
      </w:r>
      <w:r w:rsidRPr="00C55E65">
        <w:rPr>
          <w:sz w:val="20"/>
          <w:szCs w:val="24"/>
        </w:rPr>
        <w:t xml:space="preserve"> — Deputy General Manager, Agrani Bank PLC, Motijheel, Dhaka</w:t>
      </w:r>
    </w:p>
    <w:p w14:paraId="1CB5F319" w14:textId="7DCE1371" w:rsidR="003F5A6E" w:rsidRPr="00C55E65" w:rsidRDefault="00C55E65">
      <w:pPr>
        <w:spacing w:after="0"/>
        <w:ind w:left="173"/>
        <w:rPr>
          <w:sz w:val="20"/>
          <w:szCs w:val="24"/>
        </w:rPr>
      </w:pPr>
      <w:r>
        <w:rPr>
          <w:noProof/>
          <w:sz w:val="20"/>
          <w:szCs w:val="24"/>
        </w:rPr>
        <mc:AlternateContent>
          <mc:Choice Requires="wps">
            <w:drawing>
              <wp:anchor distT="0" distB="0" distL="114300" distR="114300" simplePos="0" relativeHeight="251659264" behindDoc="0" locked="0" layoutInCell="1" allowOverlap="1" wp14:anchorId="65CCCCA9" wp14:editId="5E21E32B">
                <wp:simplePos x="0" y="0"/>
                <wp:positionH relativeFrom="column">
                  <wp:posOffset>5607685</wp:posOffset>
                </wp:positionH>
                <wp:positionV relativeFrom="paragraph">
                  <wp:posOffset>165100</wp:posOffset>
                </wp:positionV>
                <wp:extent cx="981075" cy="742950"/>
                <wp:effectExtent l="0" t="0" r="9525" b="57150"/>
                <wp:wrapNone/>
                <wp:docPr id="1471908014" name="Rectangle 1"/>
                <wp:cNvGraphicFramePr/>
                <a:graphic xmlns:a="http://schemas.openxmlformats.org/drawingml/2006/main">
                  <a:graphicData uri="http://schemas.microsoft.com/office/word/2010/wordprocessingShape">
                    <wps:wsp>
                      <wps:cNvSpPr/>
                      <wps:spPr>
                        <a:xfrm>
                          <a:off x="0" y="0"/>
                          <a:ext cx="981075" cy="742950"/>
                        </a:xfrm>
                        <a:prstGeom prst="rect">
                          <a:avLst/>
                        </a:prstGeom>
                        <a:blipFill dpi="0" rotWithShape="1">
                          <a:blip r:embed="rId6">
                            <a:extLst>
                              <a:ext uri="{28A0092B-C50C-407E-A947-70E740481C1C}">
                                <a14:useLocalDpi xmlns:a14="http://schemas.microsoft.com/office/drawing/2010/main" val="0"/>
                              </a:ext>
                            </a:extLst>
                          </a:blip>
                          <a:srcRect/>
                          <a:stretch>
                            <a:fillRect/>
                          </a:stretch>
                        </a:blip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2B1348" id="Rectangle 1" o:spid="_x0000_s1026" style="position:absolute;margin-left:441.55pt;margin-top:13pt;width:77.25pt;height:5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&#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" stroked="f">
                <v:fill r:id="rId7" o:title="" recolor="t" rotate="t" type="frame"/>
                <v:shadow on="t" color="black" opacity="22937f" origin=",.5" offset="0,.63889mm"/>
              </v:rect>
            </w:pict>
          </mc:Fallback>
        </mc:AlternateContent>
      </w:r>
      <w:r w:rsidR="00000000" w:rsidRPr="00C55E65">
        <w:rPr>
          <w:sz w:val="20"/>
          <w:szCs w:val="24"/>
        </w:rPr>
        <w:t>+8801556-327741 | zamaluddin.abl@gmail.com | Relation: Uncle</w:t>
      </w:r>
    </w:p>
    <w:p w14:paraId="0B3BD4FC" w14:textId="77777777" w:rsidR="003F5A6E" w:rsidRPr="00C55E65" w:rsidRDefault="00000000">
      <w:pPr>
        <w:ind w:left="173"/>
        <w:rPr>
          <w:sz w:val="20"/>
          <w:szCs w:val="24"/>
        </w:rPr>
      </w:pPr>
      <w:r w:rsidRPr="00C55E65">
        <w:rPr>
          <w:sz w:val="20"/>
          <w:szCs w:val="24"/>
        </w:rPr>
        <w:t>Address: Polash Garden, Road-2, Shamoly, Dhaka-1207</w:t>
      </w:r>
    </w:p>
    <w:p w14:paraId="36FA538E" w14:textId="77777777" w:rsidR="00C55E65" w:rsidRDefault="00C55E65">
      <w:pPr>
        <w:spacing w:before="80"/>
        <w:jc w:val="right"/>
        <w:rPr>
          <w:b/>
        </w:rPr>
      </w:pPr>
    </w:p>
    <w:p w14:paraId="6CC5A014" w14:textId="77777777" w:rsidR="00C55E65" w:rsidRDefault="00C55E65">
      <w:pPr>
        <w:spacing w:before="80"/>
        <w:jc w:val="right"/>
        <w:rPr>
          <w:b/>
        </w:rPr>
      </w:pPr>
    </w:p>
    <w:p w14:paraId="1166854A" w14:textId="3C643EAF" w:rsidR="003F5A6E" w:rsidRDefault="00000000">
      <w:pPr>
        <w:spacing w:before="80"/>
        <w:jc w:val="right"/>
      </w:pPr>
      <w:r>
        <w:rPr>
          <w:b/>
        </w:rPr>
        <w:t>ASIF UZZAMAN</w:t>
      </w:r>
    </w:p>
    <w:p w14:paraId="25143523" w14:textId="0F6820CB" w:rsidR="003F5A6E" w:rsidRDefault="003F5A6E">
      <w:pPr>
        <w:spacing w:after="0"/>
        <w:jc w:val="right"/>
      </w:pPr>
    </w:p>
    <w:sectPr w:rsidR="003F5A6E" w:rsidSect="00034616">
      <w:pgSz w:w="12240" w:h="15840"/>
      <w:pgMar w:top="792" w:right="979" w:bottom="79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79514468">
    <w:abstractNumId w:val="8"/>
  </w:num>
  <w:num w:numId="2" w16cid:durableId="1529368445">
    <w:abstractNumId w:val="6"/>
  </w:num>
  <w:num w:numId="3" w16cid:durableId="1783768099">
    <w:abstractNumId w:val="5"/>
  </w:num>
  <w:num w:numId="4" w16cid:durableId="1793014300">
    <w:abstractNumId w:val="4"/>
  </w:num>
  <w:num w:numId="5" w16cid:durableId="392237859">
    <w:abstractNumId w:val="7"/>
  </w:num>
  <w:num w:numId="6" w16cid:durableId="1132407981">
    <w:abstractNumId w:val="3"/>
  </w:num>
  <w:num w:numId="7" w16cid:durableId="673530409">
    <w:abstractNumId w:val="2"/>
  </w:num>
  <w:num w:numId="8" w16cid:durableId="201789082">
    <w:abstractNumId w:val="1"/>
  </w:num>
  <w:num w:numId="9" w16cid:durableId="1570537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73A2"/>
    <w:rsid w:val="00326F90"/>
    <w:rsid w:val="003F5A6E"/>
    <w:rsid w:val="00AA1D8D"/>
    <w:rsid w:val="00B47730"/>
    <w:rsid w:val="00C55E6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620FBE"/>
  <w14:defaultImageDpi w14:val="300"/>
  <w15:docId w15:val="{4ED86131-E158-4FFD-A049-13249410D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Calibri" w:hAnsi="Calibri"/>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This PC</cp:lastModifiedBy>
  <cp:revision>2</cp:revision>
  <dcterms:created xsi:type="dcterms:W3CDTF">2013-12-23T23:15:00Z</dcterms:created>
  <dcterms:modified xsi:type="dcterms:W3CDTF">2026-09-15T08:37:00Z</dcterms:modified>
  <cp:category/>
</cp:coreProperties>
</file>